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614AE" w14:textId="77777777" w:rsidR="00A47575" w:rsidRDefault="00840A47">
      <w:pPr>
        <w:jc w:val="center"/>
      </w:pPr>
      <w:r>
        <w:rPr>
          <w:noProof/>
        </w:rPr>
        <w:drawing>
          <wp:inline distT="0" distB="0" distL="0" distR="0" wp14:anchorId="74265131" wp14:editId="7D05BD35">
            <wp:extent cx="1325880" cy="11455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maryBadge_LG_v2(2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1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451CC" w14:textId="77777777" w:rsidR="00A47575" w:rsidRDefault="00840A47">
      <w:pPr>
        <w:pStyle w:val="Title"/>
      </w:pPr>
      <w:r>
        <w:t>Administrative Assistant</w:t>
      </w:r>
    </w:p>
    <w:p w14:paraId="7EF999F4" w14:textId="77777777" w:rsidR="00F65BBE" w:rsidRDefault="00840A47">
      <w:pPr>
        <w:contextualSpacing/>
      </w:pPr>
      <w:r>
        <w:rPr>
          <w:b/>
        </w:rPr>
        <w:t xml:space="preserve">Department: </w:t>
      </w:r>
      <w:r>
        <w:t xml:space="preserve">Business Department    </w:t>
      </w:r>
    </w:p>
    <w:p w14:paraId="38A2B8E1" w14:textId="3FF748B8" w:rsidR="00A47575" w:rsidRDefault="00840A47">
      <w:pPr>
        <w:contextualSpacing/>
      </w:pPr>
      <w:r>
        <w:rPr>
          <w:b/>
        </w:rPr>
        <w:t xml:space="preserve">Reports to: </w:t>
      </w:r>
      <w:r>
        <w:t>Director of Finance and Administration</w:t>
      </w:r>
      <w:r w:rsidR="00F65BBE">
        <w:t xml:space="preserve"> </w:t>
      </w:r>
    </w:p>
    <w:p w14:paraId="559B6B4D" w14:textId="77777777" w:rsidR="00A47575" w:rsidRDefault="00840A47">
      <w:pPr>
        <w:contextualSpacing/>
      </w:pPr>
      <w:r>
        <w:rPr>
          <w:b/>
        </w:rPr>
        <w:t xml:space="preserve">Work location: </w:t>
      </w:r>
      <w:r>
        <w:t>Onsite</w:t>
      </w:r>
    </w:p>
    <w:p w14:paraId="46704177" w14:textId="77777777" w:rsidR="00A47575" w:rsidRDefault="00840A47">
      <w:pPr>
        <w:pStyle w:val="Heading2"/>
      </w:pPr>
      <w:r>
        <w:t>Make a difference through everyday connections</w:t>
      </w:r>
    </w:p>
    <w:p w14:paraId="5B8C3990" w14:textId="77777777" w:rsidR="00A47575" w:rsidRDefault="00840A47">
      <w:r>
        <w:t>At Lake Geneva Ministries, thoughtful service and strong behind-the-scenes support help create meaningful experiences for campers, families, retreat guests, and staff. As our Administrative Assistant, you will be a welcoming first point of contact and a dependable partner to our Business, Accounting, Registration, and Retreat teams. From answering a parent’s question to coordinating registration details and keeping office operations running smoothly, your work will help our ministry serve people with care a</w:t>
      </w:r>
      <w:r>
        <w:t>nd excellence.</w:t>
      </w:r>
    </w:p>
    <w:p w14:paraId="2D892028" w14:textId="77777777" w:rsidR="00A47575" w:rsidRDefault="00840A47">
      <w:pPr>
        <w:pStyle w:val="Heading2"/>
      </w:pPr>
      <w:r>
        <w:t>What you’ll do</w:t>
      </w:r>
    </w:p>
    <w:p w14:paraId="00A36604" w14:textId="77777777" w:rsidR="00A47575" w:rsidRDefault="00840A47">
      <w:r>
        <w:t>You will work under the direction of the Director of Finance and Administration and collaborate closely with the Accounting and Registration teams and other ministry staff.</w:t>
      </w:r>
    </w:p>
    <w:p w14:paraId="178D65DF" w14:textId="77777777" w:rsidR="00A47575" w:rsidRDefault="00840A47">
      <w:pPr>
        <w:pStyle w:val="Heading2"/>
      </w:pPr>
      <w:r>
        <w:t>Keep our office running smoothly | Approximately 60%</w:t>
      </w:r>
    </w:p>
    <w:p w14:paraId="2689DB41" w14:textId="77777777" w:rsidR="00A47575" w:rsidRDefault="00840A47">
      <w:pPr>
        <w:pStyle w:val="ListBullet"/>
      </w:pPr>
      <w:r>
        <w:t>Create a warm, helpful experience for guests, parents, visitors, and vendors by answering calls, responding to general emails, and assisting those who visit in person.</w:t>
      </w:r>
    </w:p>
    <w:p w14:paraId="11AD1748" w14:textId="77777777" w:rsidR="00A47575" w:rsidRDefault="00840A47">
      <w:pPr>
        <w:pStyle w:val="ListBullet"/>
      </w:pPr>
      <w:r>
        <w:t>Coordinate incoming and outgoing mail and deliveries, and keep office supplies, materials, and equipment organized and ready for staff.</w:t>
      </w:r>
    </w:p>
    <w:p w14:paraId="3862EC00" w14:textId="61B5D6BC" w:rsidR="00A47575" w:rsidRDefault="00840A47">
      <w:pPr>
        <w:pStyle w:val="ListBullet"/>
      </w:pPr>
      <w:r>
        <w:t xml:space="preserve">Support the Accounting team with bookkeeping and administrative tasks, including credit card reconciliations, </w:t>
      </w:r>
      <w:r w:rsidR="00372CC3">
        <w:t>registration</w:t>
      </w:r>
      <w:r>
        <w:t xml:space="preserve"> schedules and analysis, spreadsheets, accounting-system data entry, and filing.</w:t>
      </w:r>
    </w:p>
    <w:p w14:paraId="46049F18" w14:textId="77777777" w:rsidR="00A47575" w:rsidRDefault="00840A47">
      <w:pPr>
        <w:pStyle w:val="ListBullet"/>
      </w:pPr>
      <w:r>
        <w:t>Partner with the Retreat Department on administrative projects and other priorities as needed.</w:t>
      </w:r>
    </w:p>
    <w:p w14:paraId="3A582AD8" w14:textId="77777777" w:rsidR="00A47575" w:rsidRDefault="00840A47">
      <w:pPr>
        <w:pStyle w:val="ListBullet"/>
      </w:pPr>
      <w:r>
        <w:t>Communicate clearly and consistently with the Administrative Team and ministry staff so information reaches the right people.</w:t>
      </w:r>
    </w:p>
    <w:p w14:paraId="6370731D" w14:textId="77777777" w:rsidR="00A47575" w:rsidRDefault="00840A47">
      <w:pPr>
        <w:pStyle w:val="Heading2"/>
      </w:pPr>
      <w:r>
        <w:t>Help families navigate camp registration | Approximately 40%</w:t>
      </w:r>
    </w:p>
    <w:p w14:paraId="6BFD06C9" w14:textId="77777777" w:rsidR="00A47575" w:rsidRDefault="00840A47">
      <w:pPr>
        <w:pStyle w:val="ListBullet"/>
      </w:pPr>
      <w:r>
        <w:t>Provide friendly, responsive registration support by answering questions, following up on emails, coordinating housing assignments, and managing camper forms.</w:t>
      </w:r>
    </w:p>
    <w:p w14:paraId="64FA3265" w14:textId="77777777" w:rsidR="00A47575" w:rsidRDefault="00840A47">
      <w:pPr>
        <w:pStyle w:val="ListBullet"/>
      </w:pPr>
      <w:r>
        <w:t>Assist the Business Director and Camp Registrar with program registration, payments, billing, reports, and database records.</w:t>
      </w:r>
    </w:p>
    <w:p w14:paraId="6D6C43C0" w14:textId="77777777" w:rsidR="00A47575" w:rsidRDefault="00840A47">
      <w:pPr>
        <w:pStyle w:val="ListBullet"/>
      </w:pPr>
      <w:r>
        <w:t>Connect with camp families by phone and email to encourage participation and help them complete registration.</w:t>
      </w:r>
    </w:p>
    <w:p w14:paraId="6D700EA3" w14:textId="77777777" w:rsidR="00A47575" w:rsidRDefault="00840A47">
      <w:pPr>
        <w:pStyle w:val="ListBullet"/>
      </w:pPr>
      <w:r>
        <w:t>Help make camper check-in welcoming and organized by coordinating pre- and post-camp communications, reviewing forms for completeness, and supporting arrival-day activities.</w:t>
      </w:r>
    </w:p>
    <w:p w14:paraId="7EEE8703" w14:textId="77777777" w:rsidR="00A47575" w:rsidRDefault="00840A47">
      <w:pPr>
        <w:pStyle w:val="ListBullet"/>
      </w:pPr>
      <w:r>
        <w:t>Serve as a link between Registration and camp staff for assigned programs, preparing reports and sharing timely information to support successful programs.</w:t>
      </w:r>
    </w:p>
    <w:p w14:paraId="1FBE6B6A" w14:textId="77777777" w:rsidR="00A47575" w:rsidRDefault="00840A47">
      <w:pPr>
        <w:pStyle w:val="Heading2"/>
      </w:pPr>
      <w:r>
        <w:lastRenderedPageBreak/>
        <w:t>Be part of the ministry community</w:t>
      </w:r>
    </w:p>
    <w:p w14:paraId="672B7595" w14:textId="77777777" w:rsidR="00A47575" w:rsidRDefault="00840A47">
      <w:pPr>
        <w:pStyle w:val="ListBullet"/>
      </w:pPr>
      <w:r>
        <w:t>Contribute to a positive, collaborative staff culture and lend a hand with programs, retreats, and events as needed.</w:t>
      </w:r>
    </w:p>
    <w:p w14:paraId="094AB830" w14:textId="77777777" w:rsidR="00A47575" w:rsidRDefault="00840A47">
      <w:pPr>
        <w:pStyle w:val="ListBullet"/>
      </w:pPr>
      <w:r>
        <w:t>Use ministry resources responsibly and look for practical ways to improve processes and service.</w:t>
      </w:r>
    </w:p>
    <w:p w14:paraId="1288C1DD" w14:textId="77777777" w:rsidR="00A47575" w:rsidRDefault="00840A47">
      <w:pPr>
        <w:pStyle w:val="ListBullet"/>
      </w:pPr>
      <w:r>
        <w:t>Take on other related responsibilities as assigned.</w:t>
      </w:r>
    </w:p>
    <w:p w14:paraId="2381E625" w14:textId="77777777" w:rsidR="00A47575" w:rsidRDefault="00840A47">
      <w:pPr>
        <w:pStyle w:val="Heading2"/>
      </w:pPr>
      <w:r>
        <w:t>What you bring</w:t>
      </w:r>
    </w:p>
    <w:p w14:paraId="4966EF62" w14:textId="77777777" w:rsidR="00A47575" w:rsidRDefault="00840A47">
      <w:pPr>
        <w:pStyle w:val="ListBullet"/>
      </w:pPr>
      <w:r>
        <w:t>A growing commitment to Jesus Christ, active involvement in a local church, and alignment with the mission and vision of Lake Geneva Ministries.</w:t>
      </w:r>
    </w:p>
    <w:p w14:paraId="0CFA698E" w14:textId="77777777" w:rsidR="00A47575" w:rsidRDefault="00840A47">
      <w:pPr>
        <w:pStyle w:val="ListBullet"/>
      </w:pPr>
      <w:r>
        <w:t>Strong written and verbal communication skills, a welcoming approach to people, and a commitment to excellent guest and donor relationships.</w:t>
      </w:r>
    </w:p>
    <w:p w14:paraId="7DB03616" w14:textId="77777777" w:rsidR="00A47575" w:rsidRDefault="00840A47">
      <w:pPr>
        <w:pStyle w:val="ListBullet"/>
      </w:pPr>
      <w:r>
        <w:t>Attention to detail, sound judgment, discretion with confidential information, and strong organizational and proofreading skills.</w:t>
      </w:r>
    </w:p>
    <w:p w14:paraId="6C17F176" w14:textId="77777777" w:rsidR="00A47575" w:rsidRDefault="00840A47">
      <w:pPr>
        <w:pStyle w:val="ListBullet"/>
      </w:pPr>
      <w:r>
        <w:t>Initiative, a collaborative mindset, emotional intelligence, and the ability to anticipate needs, manage deadlines, and work with limited direction.</w:t>
      </w:r>
    </w:p>
    <w:p w14:paraId="6D97254A" w14:textId="77777777" w:rsidR="00A47575" w:rsidRDefault="00840A47">
      <w:pPr>
        <w:pStyle w:val="ListBullet"/>
      </w:pPr>
      <w:r>
        <w:t>An analytical, solutions-oriented approach and a desire to make administrative processes more effective.</w:t>
      </w:r>
    </w:p>
    <w:p w14:paraId="5A7E779A" w14:textId="77777777" w:rsidR="00A47575" w:rsidRDefault="00840A47">
      <w:pPr>
        <w:pStyle w:val="Heading2"/>
      </w:pPr>
      <w:r>
        <w:t>Experience and practical requirements</w:t>
      </w:r>
    </w:p>
    <w:p w14:paraId="40BF2231" w14:textId="77777777" w:rsidR="00A47575" w:rsidRDefault="00840A47">
      <w:pPr>
        <w:pStyle w:val="ListBullet"/>
      </w:pPr>
      <w:r>
        <w:t>A bachelor’s degree and/or relevant administrative experience.</w:t>
      </w:r>
    </w:p>
    <w:p w14:paraId="7F8F8412" w14:textId="77777777" w:rsidR="00A47575" w:rsidRDefault="00840A47">
      <w:pPr>
        <w:pStyle w:val="ListBullet"/>
      </w:pPr>
      <w:r>
        <w:t>A valid driver’s license and clean driving record.</w:t>
      </w:r>
    </w:p>
    <w:p w14:paraId="3FCA9150" w14:textId="77777777" w:rsidR="00A47575" w:rsidRDefault="00840A47">
      <w:pPr>
        <w:pStyle w:val="ListBullet"/>
      </w:pPr>
      <w:r>
        <w:t>Proficiency with Microsoft 365, including Excel, and a willingness to learn ministry registration software and database systems.</w:t>
      </w:r>
    </w:p>
    <w:p w14:paraId="59357DC2" w14:textId="77777777" w:rsidR="00A47575" w:rsidRDefault="00840A47">
      <w:pPr>
        <w:pStyle w:val="ListBullet"/>
      </w:pPr>
      <w:r>
        <w:t>Experience in Christian camping or a similar service-oriented environment, and experience with administrative work, database management, or analysis, are helpful but not required.</w:t>
      </w:r>
    </w:p>
    <w:sectPr w:rsidR="00A47575" w:rsidSect="00034616">
      <w:pgSz w:w="12240" w:h="15840"/>
      <w:pgMar w:top="1008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650690">
    <w:abstractNumId w:val="8"/>
  </w:num>
  <w:num w:numId="2" w16cid:durableId="1975408694">
    <w:abstractNumId w:val="6"/>
  </w:num>
  <w:num w:numId="3" w16cid:durableId="568537136">
    <w:abstractNumId w:val="5"/>
  </w:num>
  <w:num w:numId="4" w16cid:durableId="1564028407">
    <w:abstractNumId w:val="4"/>
  </w:num>
  <w:num w:numId="5" w16cid:durableId="1371763039">
    <w:abstractNumId w:val="7"/>
  </w:num>
  <w:num w:numId="6" w16cid:durableId="1498419704">
    <w:abstractNumId w:val="3"/>
  </w:num>
  <w:num w:numId="7" w16cid:durableId="957881733">
    <w:abstractNumId w:val="2"/>
  </w:num>
  <w:num w:numId="8" w16cid:durableId="139999033">
    <w:abstractNumId w:val="1"/>
  </w:num>
  <w:num w:numId="9" w16cid:durableId="32537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2CC3"/>
    <w:rsid w:val="00840A47"/>
    <w:rsid w:val="008A2948"/>
    <w:rsid w:val="00A47575"/>
    <w:rsid w:val="00AA1D8D"/>
    <w:rsid w:val="00B47730"/>
    <w:rsid w:val="00BC16EE"/>
    <w:rsid w:val="00CB0664"/>
    <w:rsid w:val="00F65B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EF37C"/>
  <w14:defaultImageDpi w14:val="300"/>
  <w15:docId w15:val="{0479DD3E-612A-4860-89C4-BA99313C4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8324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5304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5304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Uma Basso</cp:lastModifiedBy>
  <cp:revision>3</cp:revision>
  <dcterms:created xsi:type="dcterms:W3CDTF">2026-10-19T17:02:00Z</dcterms:created>
  <dcterms:modified xsi:type="dcterms:W3CDTF">2026-10-19T17:02:00Z</dcterms:modified>
  <cp:category/>
</cp:coreProperties>
</file>